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B19C" w14:textId="77777777" w:rsidR="00E158BB" w:rsidRPr="00DB6735" w:rsidRDefault="000D123C" w:rsidP="00E53A79">
      <w:pPr>
        <w:pStyle w:val="Nadpis1"/>
        <w:spacing w:before="0"/>
        <w:jc w:val="center"/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PRÍLOHA Č. 1</w:t>
      </w: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br/>
        <w:t>ROZSAH PREDMETU OBSTARÁVANIA A CENOVÁ PONUKA</w:t>
      </w:r>
    </w:p>
    <w:p w14:paraId="3240ECD0" w14:textId="181885EE" w:rsidR="00DB6735" w:rsidRPr="00DB6735" w:rsidRDefault="000D123C" w:rsidP="00DB6735">
      <w:pPr>
        <w:pStyle w:val="Nadpis2"/>
        <w:numPr>
          <w:ilvl w:val="0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Rozsah predmetu obstarávania</w:t>
      </w:r>
    </w:p>
    <w:p w14:paraId="7AD974E8" w14:textId="683F440D" w:rsidR="00DB6735" w:rsidRPr="00DB6735" w:rsidRDefault="00DB6735" w:rsidP="00302540">
      <w:pPr>
        <w:ind w:left="720"/>
        <w:jc w:val="both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 xml:space="preserve">Predmetom zákazky je dodanie kolesového traktora s príslušenstvom pre verejného obstarávateľa v počte 1 kus s príslušenstvom – </w:t>
      </w:r>
      <w:proofErr w:type="spellStart"/>
      <w:r w:rsidR="00D058E1" w:rsidRPr="00D058E1">
        <w:rPr>
          <w:rFonts w:ascii="Times New Roman" w:hAnsi="Times New Roman" w:cs="Times New Roman"/>
          <w:sz w:val="20"/>
          <w:szCs w:val="20"/>
          <w:lang w:val="sk-SK"/>
        </w:rPr>
        <w:t>mulčovač</w:t>
      </w:r>
      <w:proofErr w:type="spellEnd"/>
      <w:r w:rsidR="00D058E1" w:rsidRPr="00D058E1">
        <w:rPr>
          <w:rFonts w:ascii="Times New Roman" w:hAnsi="Times New Roman" w:cs="Times New Roman"/>
          <w:sz w:val="20"/>
          <w:szCs w:val="20"/>
          <w:lang w:val="sk-SK"/>
        </w:rPr>
        <w:t xml:space="preserve"> na ramene, čelný nakladač</w:t>
      </w:r>
      <w:r w:rsidR="00F617AC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="00302540">
        <w:rPr>
          <w:rFonts w:ascii="Times New Roman" w:hAnsi="Times New Roman" w:cs="Times New Roman"/>
          <w:sz w:val="20"/>
          <w:szCs w:val="20"/>
          <w:lang w:val="sk-SK"/>
        </w:rPr>
        <w:t>s lyžicou, príslušenstvo k čelnému nakladaču -</w:t>
      </w:r>
      <w:r w:rsidR="00F617AC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proofErr w:type="spellStart"/>
      <w:r w:rsidR="00F617AC">
        <w:rPr>
          <w:rFonts w:ascii="Times New Roman" w:hAnsi="Times New Roman" w:cs="Times New Roman"/>
          <w:sz w:val="20"/>
          <w:szCs w:val="20"/>
          <w:lang w:val="sk-SK"/>
        </w:rPr>
        <w:t>paletizačné</w:t>
      </w:r>
      <w:proofErr w:type="spellEnd"/>
      <w:r w:rsidR="00F617AC">
        <w:rPr>
          <w:rFonts w:ascii="Times New Roman" w:hAnsi="Times New Roman" w:cs="Times New Roman"/>
          <w:sz w:val="20"/>
          <w:szCs w:val="20"/>
          <w:lang w:val="sk-SK"/>
        </w:rPr>
        <w:t xml:space="preserve"> vidly a lopata s pridržiavačom</w:t>
      </w:r>
      <w:r w:rsidR="00D058E1" w:rsidRPr="00D058E1">
        <w:rPr>
          <w:rFonts w:ascii="Times New Roman" w:hAnsi="Times New Roman" w:cs="Times New Roman"/>
          <w:sz w:val="20"/>
          <w:szCs w:val="20"/>
          <w:lang w:val="sk-SK"/>
        </w:rPr>
        <w:t xml:space="preserve">, príves, </w:t>
      </w:r>
      <w:proofErr w:type="spellStart"/>
      <w:r w:rsidR="00D058E1" w:rsidRPr="00D058E1">
        <w:rPr>
          <w:rFonts w:ascii="Times New Roman" w:hAnsi="Times New Roman" w:cs="Times New Roman"/>
          <w:sz w:val="20"/>
          <w:szCs w:val="20"/>
          <w:lang w:val="sk-SK"/>
        </w:rPr>
        <w:t>štiepkovač</w:t>
      </w:r>
      <w:proofErr w:type="spellEnd"/>
      <w:r w:rsidR="00D058E1" w:rsidRPr="00D058E1">
        <w:rPr>
          <w:rFonts w:ascii="Times New Roman" w:hAnsi="Times New Roman" w:cs="Times New Roman"/>
          <w:sz w:val="20"/>
          <w:szCs w:val="20"/>
          <w:lang w:val="sk-SK"/>
        </w:rPr>
        <w:t>.</w:t>
      </w:r>
      <w:r w:rsidR="00D058E1">
        <w:rPr>
          <w:rFonts w:ascii="Times New Roman" w:hAnsi="Times New Roman" w:cs="Times New Roman"/>
          <w:sz w:val="20"/>
          <w:szCs w:val="20"/>
          <w:lang w:val="sk-SK"/>
        </w:rPr>
        <w:t xml:space="preserve"> </w:t>
      </w:r>
      <w:r w:rsidRPr="00DB6735">
        <w:rPr>
          <w:rFonts w:ascii="Times New Roman" w:hAnsi="Times New Roman" w:cs="Times New Roman"/>
          <w:sz w:val="20"/>
          <w:szCs w:val="20"/>
          <w:lang w:val="sk-SK"/>
        </w:rPr>
        <w:t>Kolesový traktor musí byť nový, nejazdený, so zabezpečeným záručným servisom.</w:t>
      </w:r>
    </w:p>
    <w:p w14:paraId="5FC03413" w14:textId="6DED7AD1" w:rsidR="00E158BB" w:rsidRPr="00DB6735" w:rsidRDefault="000D123C" w:rsidP="000D123C">
      <w:pPr>
        <w:pStyle w:val="Nadpis3"/>
        <w:numPr>
          <w:ilvl w:val="1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Kolesový traktor – 1 ks</w:t>
      </w:r>
    </w:p>
    <w:p w14:paraId="1534151F" w14:textId="77777777" w:rsidR="00D058E1" w:rsidRPr="00D058E1" w:rsidRDefault="00D058E1" w:rsidP="00D058E1">
      <w:pPr>
        <w:pStyle w:val="Odsekzoznamu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0"/>
          <w:szCs w:val="20"/>
          <w:lang w:val="sk-SK"/>
        </w:rPr>
      </w:pPr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>Motor: 3 valcový s výkonom minimálne 18 kW/ 25 HP, zdvihový objem motora minimálne 1 500 cm</w:t>
      </w:r>
      <w:r w:rsidRPr="00D058E1">
        <w:rPr>
          <w:rFonts w:ascii="Times New Roman" w:hAnsi="Times New Roman" w:cs="Times New Roman"/>
          <w:bCs/>
          <w:sz w:val="20"/>
          <w:szCs w:val="20"/>
          <w:vertAlign w:val="superscript"/>
          <w:lang w:val="sk-SK"/>
        </w:rPr>
        <w:t>3</w:t>
      </w:r>
    </w:p>
    <w:p w14:paraId="0A1B1384" w14:textId="77777777" w:rsidR="00D058E1" w:rsidRPr="00D058E1" w:rsidRDefault="00D058E1" w:rsidP="00D058E1">
      <w:pPr>
        <w:pStyle w:val="Odsekzoznamu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0"/>
          <w:szCs w:val="20"/>
          <w:lang w:val="sk-SK"/>
        </w:rPr>
      </w:pPr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>Prevodovka: mechanická synchronizovaná, počet stupňov minimálne 8 vpred + 8 vzad</w:t>
      </w:r>
    </w:p>
    <w:p w14:paraId="4BC86CD8" w14:textId="77777777" w:rsidR="00D058E1" w:rsidRPr="00D058E1" w:rsidRDefault="00D058E1" w:rsidP="00D058E1">
      <w:pPr>
        <w:pStyle w:val="Odsekzoznamu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0"/>
          <w:szCs w:val="20"/>
          <w:lang w:val="sk-SK"/>
        </w:rPr>
      </w:pPr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>Hydraulický systém s minimálnym výkonom 24 l/min</w:t>
      </w:r>
    </w:p>
    <w:p w14:paraId="630475A8" w14:textId="77777777" w:rsidR="00D058E1" w:rsidRPr="00D058E1" w:rsidRDefault="00D058E1" w:rsidP="00D058E1">
      <w:pPr>
        <w:pStyle w:val="Odsekzoznamu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0"/>
          <w:szCs w:val="20"/>
          <w:lang w:val="sk-SK"/>
        </w:rPr>
      </w:pPr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>Zdvihová sila zadného závesu minimálne 1 400 kg</w:t>
      </w:r>
    </w:p>
    <w:p w14:paraId="3D228A0B" w14:textId="77777777" w:rsidR="00D058E1" w:rsidRPr="00D058E1" w:rsidRDefault="00D058E1" w:rsidP="00D058E1">
      <w:pPr>
        <w:pStyle w:val="Odsekzoznamu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0"/>
          <w:szCs w:val="20"/>
          <w:lang w:val="sk-SK"/>
        </w:rPr>
      </w:pPr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>Pneumatiky: vhodné pre rôzne povrchy a podmienky</w:t>
      </w:r>
    </w:p>
    <w:p w14:paraId="6DF42CA5" w14:textId="77777777"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Spĺňanie všetkých zákonných a technických podmienok prevádzky v SR</w:t>
      </w:r>
    </w:p>
    <w:p w14:paraId="4B61A968" w14:textId="77777777" w:rsidR="00E158BB" w:rsidRPr="00DB6735" w:rsidRDefault="000D123C" w:rsidP="000D123C">
      <w:pPr>
        <w:pStyle w:val="Zoznamsodrkami"/>
        <w:tabs>
          <w:tab w:val="clear" w:pos="360"/>
          <w:tab w:val="num" w:pos="1080"/>
        </w:tabs>
        <w:ind w:left="1080"/>
        <w:rPr>
          <w:rFonts w:ascii="Times New Roman" w:hAnsi="Times New Roman" w:cs="Times New Roman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sz w:val="20"/>
          <w:szCs w:val="20"/>
          <w:lang w:val="sk-SK"/>
        </w:rPr>
        <w:t>Zabezpečený záručný servis</w:t>
      </w:r>
    </w:p>
    <w:p w14:paraId="7CACD12C" w14:textId="77777777" w:rsidR="00E158BB" w:rsidRPr="00DB6735" w:rsidRDefault="000D123C" w:rsidP="000D123C">
      <w:pPr>
        <w:pStyle w:val="Nadpis3"/>
        <w:numPr>
          <w:ilvl w:val="1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 Príslušenstvo – </w:t>
      </w:r>
      <w:proofErr w:type="spellStart"/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Mulčovač</w:t>
      </w:r>
      <w:proofErr w:type="spellEnd"/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 – 1 ks</w:t>
      </w:r>
    </w:p>
    <w:p w14:paraId="5468F98A" w14:textId="69F13D20" w:rsidR="00D058E1" w:rsidRPr="00D058E1" w:rsidRDefault="00D058E1" w:rsidP="00D058E1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P</w:t>
      </w: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 xml:space="preserve">racovný záber minimálne 125 cm </w:t>
      </w:r>
    </w:p>
    <w:p w14:paraId="5A3A10C0" w14:textId="77777777" w:rsidR="00D058E1" w:rsidRPr="00D058E1" w:rsidRDefault="00D058E1" w:rsidP="00D058E1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Hydraulické vysúvanie ramena</w:t>
      </w:r>
    </w:p>
    <w:p w14:paraId="00A18BFE" w14:textId="77777777" w:rsidR="00D058E1" w:rsidRPr="00D058E1" w:rsidRDefault="00D058E1" w:rsidP="00D058E1">
      <w:pPr>
        <w:pStyle w:val="Odsekzoznamu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Minimálne 3 klinové remene</w:t>
      </w:r>
    </w:p>
    <w:p w14:paraId="7BBD6921" w14:textId="147B719E" w:rsidR="00DB6735" w:rsidRPr="00DB6735" w:rsidRDefault="00DB6735" w:rsidP="00DB6735">
      <w:pPr>
        <w:pStyle w:val="Nadpis3"/>
        <w:numPr>
          <w:ilvl w:val="1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Príslušenstvo – </w:t>
      </w:r>
      <w:r w:rsidR="00656C45">
        <w:rPr>
          <w:rFonts w:ascii="Times New Roman" w:hAnsi="Times New Roman" w:cs="Times New Roman"/>
          <w:color w:val="auto"/>
          <w:sz w:val="20"/>
          <w:szCs w:val="20"/>
          <w:lang w:val="sk-SK"/>
        </w:rPr>
        <w:t>Čelný nakladač</w:t>
      </w: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 </w:t>
      </w:r>
      <w:r w:rsidR="00302540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s lyžicou </w:t>
      </w: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>– 1 ks</w:t>
      </w:r>
    </w:p>
    <w:p w14:paraId="6CD53CF6" w14:textId="5F93620F" w:rsidR="00D058E1" w:rsidRDefault="00D058E1" w:rsidP="00D058E1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M</w:t>
      </w: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aximálna výška zdvihu minimálne 2 200 mm</w:t>
      </w:r>
    </w:p>
    <w:p w14:paraId="3F754B37" w14:textId="77777777" w:rsidR="00D058E1" w:rsidRPr="00D058E1" w:rsidRDefault="00D058E1" w:rsidP="00D058E1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Lyžica na sypké materiály šírky minimálne 120 cm</w:t>
      </w:r>
    </w:p>
    <w:p w14:paraId="4B90920B" w14:textId="77777777" w:rsidR="00D058E1" w:rsidRPr="00D058E1" w:rsidRDefault="00D058E1" w:rsidP="00D058E1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Zdvíhacia sila minimálne 400 kg</w:t>
      </w:r>
    </w:p>
    <w:p w14:paraId="043F8066" w14:textId="77777777" w:rsidR="00D058E1" w:rsidRPr="00D058E1" w:rsidRDefault="00D058E1" w:rsidP="00D058E1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Minimálne 3 hydraulické sekcie</w:t>
      </w:r>
    </w:p>
    <w:p w14:paraId="132D78B6" w14:textId="77777777" w:rsidR="00D058E1" w:rsidRPr="00D058E1" w:rsidRDefault="00D058E1" w:rsidP="00D058E1">
      <w:pPr>
        <w:pStyle w:val="Odsekzoznamu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 xml:space="preserve">Príslušenstvo nakladača: </w:t>
      </w:r>
    </w:p>
    <w:p w14:paraId="12ECA33C" w14:textId="77777777" w:rsidR="00D058E1" w:rsidRPr="00D058E1" w:rsidRDefault="00D058E1" w:rsidP="00D058E1">
      <w:pPr>
        <w:pStyle w:val="Odsekzoznamu"/>
        <w:numPr>
          <w:ilvl w:val="1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Paletizačné vidly s nosnosťou minimálne 800 kg</w:t>
      </w:r>
    </w:p>
    <w:p w14:paraId="1B3EEFEB" w14:textId="77777777" w:rsidR="00D058E1" w:rsidRDefault="00D058E1" w:rsidP="00D058E1">
      <w:pPr>
        <w:pStyle w:val="Odsekzoznamu"/>
        <w:numPr>
          <w:ilvl w:val="1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Lopata s pridržiavačom šírka minimálne 120 cm</w:t>
      </w:r>
    </w:p>
    <w:p w14:paraId="02B883AB" w14:textId="608C0003" w:rsidR="00D058E1" w:rsidRDefault="00D058E1" w:rsidP="00D058E1">
      <w:pPr>
        <w:pStyle w:val="Nadpis3"/>
        <w:numPr>
          <w:ilvl w:val="1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Príslušenstvo – </w:t>
      </w:r>
      <w:r>
        <w:rPr>
          <w:rFonts w:ascii="Times New Roman" w:hAnsi="Times New Roman" w:cs="Times New Roman"/>
          <w:color w:val="auto"/>
          <w:sz w:val="20"/>
          <w:szCs w:val="20"/>
          <w:lang w:val="sk-SK"/>
        </w:rPr>
        <w:t>Traktorový príves</w:t>
      </w: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 – 1 ks</w:t>
      </w:r>
    </w:p>
    <w:p w14:paraId="779F5B63" w14:textId="22BD4028" w:rsidR="00D058E1" w:rsidRPr="00D058E1" w:rsidRDefault="00D058E1" w:rsidP="00D058E1">
      <w:pPr>
        <w:pStyle w:val="Odsekzoznamu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Celková prípustná hmotnosť minimálne 1 500 kg</w:t>
      </w:r>
    </w:p>
    <w:p w14:paraId="3781D489" w14:textId="77777777" w:rsidR="00D058E1" w:rsidRPr="00D058E1" w:rsidRDefault="00D058E1" w:rsidP="00D058E1">
      <w:pPr>
        <w:pStyle w:val="Odsekzoznamu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Hydraulické trojstranné vyklápanie</w:t>
      </w:r>
    </w:p>
    <w:p w14:paraId="65A4E227" w14:textId="68BD80FB" w:rsidR="00D058E1" w:rsidRPr="00D058E1" w:rsidRDefault="00D058E1" w:rsidP="00D058E1">
      <w:pPr>
        <w:pStyle w:val="Odsekzoznamu"/>
        <w:numPr>
          <w:ilvl w:val="0"/>
          <w:numId w:val="18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Objem ložnej plochy minimálne 1,1 m</w:t>
      </w:r>
      <w:r w:rsidRPr="00D058E1">
        <w:rPr>
          <w:rFonts w:ascii="Times New Roman" w:hAnsi="Times New Roman" w:cs="Times New Roman"/>
          <w:bCs/>
          <w:sz w:val="20"/>
          <w:szCs w:val="20"/>
          <w:vertAlign w:val="superscript"/>
          <w:lang w:val="sk-SK"/>
        </w:rPr>
        <w:t>3</w:t>
      </w:r>
    </w:p>
    <w:p w14:paraId="7B9FE3DA" w14:textId="1505BD45" w:rsidR="00D058E1" w:rsidRDefault="00D058E1" w:rsidP="00D058E1">
      <w:pPr>
        <w:pStyle w:val="Nadpis3"/>
        <w:numPr>
          <w:ilvl w:val="1"/>
          <w:numId w:val="10"/>
        </w:numPr>
        <w:rPr>
          <w:rFonts w:ascii="Times New Roman" w:hAnsi="Times New Roman" w:cs="Times New Roman"/>
          <w:color w:val="auto"/>
          <w:sz w:val="20"/>
          <w:szCs w:val="20"/>
          <w:lang w:val="sk-SK"/>
        </w:rPr>
      </w:pP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Príslušenstvo – </w:t>
      </w:r>
      <w:r>
        <w:rPr>
          <w:rFonts w:ascii="Times New Roman" w:hAnsi="Times New Roman" w:cs="Times New Roman"/>
          <w:color w:val="auto"/>
          <w:sz w:val="20"/>
          <w:szCs w:val="20"/>
          <w:lang w:val="sk-SK"/>
        </w:rPr>
        <w:t>Drvič konárov (</w:t>
      </w:r>
      <w:proofErr w:type="spellStart"/>
      <w:r>
        <w:rPr>
          <w:rFonts w:ascii="Times New Roman" w:hAnsi="Times New Roman" w:cs="Times New Roman"/>
          <w:color w:val="auto"/>
          <w:sz w:val="20"/>
          <w:szCs w:val="20"/>
          <w:lang w:val="sk-SK"/>
        </w:rPr>
        <w:t>štiekovač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  <w:lang w:val="sk-SK"/>
        </w:rPr>
        <w:t>)</w:t>
      </w:r>
      <w:r w:rsidRPr="00DB6735">
        <w:rPr>
          <w:rFonts w:ascii="Times New Roman" w:hAnsi="Times New Roman" w:cs="Times New Roman"/>
          <w:color w:val="auto"/>
          <w:sz w:val="20"/>
          <w:szCs w:val="20"/>
          <w:lang w:val="sk-SK"/>
        </w:rPr>
        <w:t xml:space="preserve"> – 1 ks</w:t>
      </w:r>
    </w:p>
    <w:p w14:paraId="5B8C914E" w14:textId="3CFE68C9" w:rsidR="00D058E1" w:rsidRPr="00D058E1" w:rsidRDefault="00D058E1" w:rsidP="00D058E1">
      <w:pPr>
        <w:pStyle w:val="Odsekzoznamu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>
        <w:rPr>
          <w:rFonts w:ascii="Times New Roman" w:hAnsi="Times New Roman" w:cs="Times New Roman"/>
          <w:bCs/>
          <w:sz w:val="20"/>
          <w:szCs w:val="20"/>
          <w:lang w:val="sk-SK"/>
        </w:rPr>
        <w:t>M</w:t>
      </w:r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 xml:space="preserve">inimálne 4 štiepacie nože + 1 </w:t>
      </w:r>
      <w:proofErr w:type="spellStart"/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>protinôž</w:t>
      </w:r>
      <w:proofErr w:type="spellEnd"/>
    </w:p>
    <w:p w14:paraId="3AAF3D18" w14:textId="56CAE1C8" w:rsidR="00D058E1" w:rsidRPr="00D058E1" w:rsidRDefault="00D058E1" w:rsidP="00D058E1">
      <w:pPr>
        <w:pStyle w:val="Odsekzoznamu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 xml:space="preserve">Výkon </w:t>
      </w:r>
      <w:proofErr w:type="spellStart"/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>štiepkovania</w:t>
      </w:r>
      <w:proofErr w:type="spellEnd"/>
      <w:r w:rsidRPr="00D058E1">
        <w:rPr>
          <w:rFonts w:ascii="Times New Roman" w:hAnsi="Times New Roman" w:cs="Times New Roman"/>
          <w:bCs/>
          <w:sz w:val="20"/>
          <w:szCs w:val="20"/>
          <w:lang w:val="sk-SK"/>
        </w:rPr>
        <w:t xml:space="preserve"> približne 7-</w:t>
      </w: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8 m</w:t>
      </w:r>
      <w:r w:rsidRPr="00D058E1">
        <w:rPr>
          <w:rFonts w:ascii="Times New Roman" w:eastAsia="Times New Roman" w:hAnsi="Times New Roman" w:cs="Times New Roman"/>
          <w:bCs/>
          <w:sz w:val="20"/>
          <w:szCs w:val="20"/>
          <w:vertAlign w:val="superscript"/>
          <w:lang w:val="sk-SK" w:eastAsia="sk-SK"/>
        </w:rPr>
        <w:t>3</w:t>
      </w: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/h</w:t>
      </w:r>
    </w:p>
    <w:p w14:paraId="6FC7A0CD" w14:textId="77777777" w:rsidR="00D058E1" w:rsidRPr="00D058E1" w:rsidRDefault="00D058E1" w:rsidP="00D058E1">
      <w:pPr>
        <w:pStyle w:val="Odsekzoznamu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</w:pPr>
      <w:r w:rsidRPr="00D058E1">
        <w:rPr>
          <w:rFonts w:ascii="Times New Roman" w:eastAsia="Times New Roman" w:hAnsi="Times New Roman" w:cs="Times New Roman"/>
          <w:bCs/>
          <w:sz w:val="20"/>
          <w:szCs w:val="20"/>
          <w:lang w:val="sk-SK" w:eastAsia="sk-SK"/>
        </w:rPr>
        <w:t>Maximálny priemer štiepaného materiálu minimálne 13 cm</w:t>
      </w:r>
    </w:p>
    <w:p w14:paraId="23003F63" w14:textId="77777777" w:rsidR="00D058E1" w:rsidRPr="00D058E1" w:rsidRDefault="00D058E1" w:rsidP="00D058E1">
      <w:pPr>
        <w:rPr>
          <w:lang w:val="sk-SK"/>
        </w:rPr>
      </w:pPr>
    </w:p>
    <w:p w14:paraId="67003160" w14:textId="77777777" w:rsidR="000D123C" w:rsidRDefault="000D123C" w:rsidP="000D123C">
      <w:pPr>
        <w:pStyle w:val="Nadpis2"/>
        <w:numPr>
          <w:ilvl w:val="0"/>
          <w:numId w:val="10"/>
        </w:numPr>
        <w:rPr>
          <w:rFonts w:ascii="Times New Roman" w:hAnsi="Times New Roman" w:cs="Times New Roman"/>
          <w:color w:val="auto"/>
          <w:sz w:val="24"/>
          <w:szCs w:val="24"/>
          <w:lang w:val="sk-SK"/>
        </w:rPr>
      </w:pPr>
      <w:r w:rsidRPr="000D123C">
        <w:rPr>
          <w:rFonts w:ascii="Times New Roman" w:hAnsi="Times New Roman" w:cs="Times New Roman"/>
          <w:color w:val="auto"/>
          <w:sz w:val="24"/>
          <w:szCs w:val="24"/>
          <w:lang w:val="sk-SK"/>
        </w:rPr>
        <w:t>Cenová ponuka</w:t>
      </w:r>
    </w:p>
    <w:tbl>
      <w:tblPr>
        <w:tblStyle w:val="Svetlpodfarbenie"/>
        <w:tblW w:w="9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4"/>
        <w:gridCol w:w="2536"/>
        <w:gridCol w:w="1414"/>
        <w:gridCol w:w="1609"/>
        <w:gridCol w:w="1393"/>
        <w:gridCol w:w="1394"/>
      </w:tblGrid>
      <w:tr w:rsidR="00F617AC" w:rsidRPr="000D123C" w14:paraId="0BB14EBE" w14:textId="77777777" w:rsidTr="00F617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D732A89" w14:textId="77777777" w:rsidR="00F617AC" w:rsidRPr="000D123C" w:rsidRDefault="00F617AC" w:rsidP="00E53A79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proofErr w:type="spellStart"/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P.č</w:t>
            </w:r>
            <w:proofErr w:type="spellEnd"/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.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6338A83" w14:textId="77777777" w:rsidR="00F617AC" w:rsidRPr="000D123C" w:rsidRDefault="00F617A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Názov položky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25574AB" w14:textId="77777777" w:rsidR="00F617AC" w:rsidRPr="000D123C" w:rsidRDefault="00F617A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Množstvo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33699CFD" w14:textId="77777777" w:rsidR="00F617AC" w:rsidRPr="000D123C" w:rsidRDefault="00F617A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Jednotková cena bez DPH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3C56D072" w14:textId="77777777" w:rsidR="00F617AC" w:rsidRPr="000D123C" w:rsidRDefault="00F617A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DPH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9876EC4" w14:textId="77777777" w:rsidR="00F617AC" w:rsidRPr="000D123C" w:rsidRDefault="00F617AC" w:rsidP="00E53A7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Cena s DPH</w:t>
            </w:r>
          </w:p>
        </w:tc>
      </w:tr>
      <w:tr w:rsidR="00F617AC" w:rsidRPr="000D123C" w14:paraId="397D56D3" w14:textId="77777777" w:rsidTr="00F61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2673F7" w14:textId="77777777" w:rsidR="00F617AC" w:rsidRPr="000D123C" w:rsidRDefault="00F617AC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1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.</w:t>
            </w:r>
          </w:p>
        </w:tc>
        <w:tc>
          <w:tcPr>
            <w:tcW w:w="253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3B9343" w14:textId="77777777" w:rsidR="00F617AC" w:rsidRPr="00F617AC" w:rsidRDefault="00F617AC" w:rsidP="000D12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color w:val="auto"/>
                <w:sz w:val="20"/>
                <w:szCs w:val="20"/>
                <w:lang w:val="sk-SK"/>
              </w:rPr>
              <w:t xml:space="preserve">Kolesový traktor </w:t>
            </w:r>
          </w:p>
        </w:tc>
        <w:tc>
          <w:tcPr>
            <w:tcW w:w="14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A8D4496" w14:textId="77777777" w:rsidR="00F617AC" w:rsidRPr="00F617A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color w:val="auto"/>
                <w:sz w:val="20"/>
                <w:szCs w:val="20"/>
                <w:lang w:val="sk-SK"/>
              </w:rPr>
              <w:t>1 ks</w:t>
            </w:r>
          </w:p>
        </w:tc>
        <w:tc>
          <w:tcPr>
            <w:tcW w:w="16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8D00C3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3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5A11A7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39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6428C8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</w:tr>
      <w:tr w:rsidR="00F617AC" w:rsidRPr="000D123C" w14:paraId="079ADA35" w14:textId="77777777" w:rsidTr="00F617AC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  <w:tcBorders>
              <w:bottom w:val="single" w:sz="4" w:space="0" w:color="auto"/>
            </w:tcBorders>
          </w:tcPr>
          <w:p w14:paraId="1878B226" w14:textId="77777777" w:rsidR="00F617AC" w:rsidRPr="000D123C" w:rsidRDefault="00F617AC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2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  <w:t>.</w:t>
            </w:r>
          </w:p>
        </w:tc>
        <w:tc>
          <w:tcPr>
            <w:tcW w:w="2536" w:type="dxa"/>
            <w:tcBorders>
              <w:bottom w:val="single" w:sz="4" w:space="0" w:color="auto"/>
            </w:tcBorders>
          </w:tcPr>
          <w:p w14:paraId="695718F2" w14:textId="76BB09BC" w:rsidR="00F617AC" w:rsidRPr="00F617AC" w:rsidRDefault="00F617AC" w:rsidP="000D1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lang w:val="sk-SK"/>
              </w:rPr>
            </w:pPr>
            <w:proofErr w:type="spellStart"/>
            <w:r w:rsidRPr="00F617AC">
              <w:rPr>
                <w:rFonts w:ascii="Times New Roman" w:hAnsi="Times New Roman" w:cs="Times New Roman"/>
                <w:color w:val="auto"/>
                <w:sz w:val="20"/>
                <w:szCs w:val="20"/>
                <w:lang w:val="sk-SK"/>
              </w:rPr>
              <w:t>Mulčovač</w:t>
            </w:r>
            <w:proofErr w:type="spellEnd"/>
            <w:r w:rsidRPr="00F617AC">
              <w:rPr>
                <w:rFonts w:ascii="Times New Roman" w:hAnsi="Times New Roman" w:cs="Times New Roman"/>
                <w:color w:val="auto"/>
                <w:sz w:val="20"/>
                <w:szCs w:val="20"/>
                <w:lang w:val="sk-SK"/>
              </w:rPr>
              <w:t xml:space="preserve"> na ramene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14:paraId="4D64DE25" w14:textId="77777777" w:rsidR="00F617AC" w:rsidRPr="00F617A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color w:val="auto"/>
                <w:sz w:val="20"/>
                <w:szCs w:val="20"/>
                <w:lang w:val="sk-SK"/>
              </w:rPr>
              <w:t>1 ks</w:t>
            </w:r>
          </w:p>
        </w:tc>
        <w:tc>
          <w:tcPr>
            <w:tcW w:w="1609" w:type="dxa"/>
            <w:tcBorders>
              <w:bottom w:val="single" w:sz="4" w:space="0" w:color="auto"/>
            </w:tcBorders>
          </w:tcPr>
          <w:p w14:paraId="31AB104D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</w:tcPr>
          <w:p w14:paraId="4B9A4714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78A5B197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</w:tr>
      <w:tr w:rsidR="00F617AC" w:rsidRPr="000D123C" w14:paraId="0E7325BC" w14:textId="77777777" w:rsidTr="00F61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DA394" w14:textId="2406811E" w:rsidR="00F617AC" w:rsidRPr="000D123C" w:rsidRDefault="00F617A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lastRenderedPageBreak/>
              <w:t>3.</w:t>
            </w:r>
          </w:p>
        </w:tc>
        <w:tc>
          <w:tcPr>
            <w:tcW w:w="2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692774" w14:textId="4F8691A2" w:rsidR="00F617AC" w:rsidRPr="00F617AC" w:rsidRDefault="00F617AC" w:rsidP="000D12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 xml:space="preserve">Čelný nakladač </w:t>
            </w:r>
            <w:r w:rsidR="00302540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s</w:t>
            </w: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 xml:space="preserve"> lyžic</w:t>
            </w:r>
            <w:r w:rsidR="00302540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ou</w:t>
            </w: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 xml:space="preserve"> na sypké materiály</w:t>
            </w:r>
          </w:p>
        </w:tc>
        <w:tc>
          <w:tcPr>
            <w:tcW w:w="14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1B59F1" w14:textId="23C1C207" w:rsidR="00F617AC" w:rsidRPr="00F617A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 xml:space="preserve">1 ks </w:t>
            </w:r>
          </w:p>
        </w:tc>
        <w:tc>
          <w:tcPr>
            <w:tcW w:w="1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56535B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2CD338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AFFC6A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</w:tr>
      <w:tr w:rsidR="00F617AC" w:rsidRPr="000D123C" w14:paraId="6DD3FBC4" w14:textId="77777777" w:rsidTr="00F617AC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9AAF" w14:textId="2B97325F" w:rsidR="00F617AC" w:rsidRDefault="00F617A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4.</w:t>
            </w:r>
          </w:p>
        </w:tc>
        <w:tc>
          <w:tcPr>
            <w:tcW w:w="2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BDFB99" w14:textId="612EBF0F" w:rsidR="00F617AC" w:rsidRPr="00F617AC" w:rsidRDefault="00302540" w:rsidP="000D1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Príslušenstvo k čelnému nakladaču - P</w:t>
            </w:r>
            <w:r w:rsidR="00F617AC" w:rsidRPr="00F617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sk-SK" w:eastAsia="sk-SK"/>
              </w:rPr>
              <w:t>aletizačné vidly</w:t>
            </w:r>
          </w:p>
        </w:tc>
        <w:tc>
          <w:tcPr>
            <w:tcW w:w="14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69F61E" w14:textId="5D83864A" w:rsidR="00F617AC" w:rsidRPr="00F617A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1 ks</w:t>
            </w:r>
          </w:p>
        </w:tc>
        <w:tc>
          <w:tcPr>
            <w:tcW w:w="1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13DF6C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9BEAA4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85672C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</w:tr>
      <w:tr w:rsidR="00F617AC" w:rsidRPr="000D123C" w14:paraId="411FBD76" w14:textId="77777777" w:rsidTr="00F61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98769" w14:textId="20F52CF2" w:rsidR="00F617AC" w:rsidRDefault="00F617A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5.</w:t>
            </w:r>
          </w:p>
        </w:tc>
        <w:tc>
          <w:tcPr>
            <w:tcW w:w="2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2C7D3E" w14:textId="30961378" w:rsidR="00F617AC" w:rsidRPr="00F617AC" w:rsidRDefault="00302540" w:rsidP="000D12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 xml:space="preserve">Príslušenstvo k čelnému nakladaču - </w:t>
            </w:r>
            <w:r w:rsidR="00F617AC" w:rsidRPr="00F617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sk-SK" w:eastAsia="sk-SK"/>
              </w:rPr>
              <w:t>Lopata s pridržiavačom</w:t>
            </w:r>
          </w:p>
        </w:tc>
        <w:tc>
          <w:tcPr>
            <w:tcW w:w="14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CD92E9" w14:textId="4AB00383" w:rsidR="00F617AC" w:rsidRPr="00F617A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1 ks</w:t>
            </w:r>
          </w:p>
        </w:tc>
        <w:tc>
          <w:tcPr>
            <w:tcW w:w="1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89C7E4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C8D1DB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27922E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</w:tr>
      <w:tr w:rsidR="00F617AC" w:rsidRPr="000D123C" w14:paraId="520507B2" w14:textId="77777777" w:rsidTr="00F617AC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545EE" w14:textId="368446E7" w:rsidR="00F617AC" w:rsidRDefault="00F617A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 xml:space="preserve">6. </w:t>
            </w:r>
          </w:p>
        </w:tc>
        <w:tc>
          <w:tcPr>
            <w:tcW w:w="2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888352" w14:textId="7217ADCE" w:rsidR="00F617AC" w:rsidRPr="00F617AC" w:rsidRDefault="00F617AC" w:rsidP="000D12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Traktorový príves</w:t>
            </w:r>
          </w:p>
        </w:tc>
        <w:tc>
          <w:tcPr>
            <w:tcW w:w="14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229BAF" w14:textId="0E814208" w:rsidR="00F617AC" w:rsidRPr="00F617A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1 ks</w:t>
            </w:r>
          </w:p>
        </w:tc>
        <w:tc>
          <w:tcPr>
            <w:tcW w:w="1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BB5992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3E4501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E9FFBE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</w:tr>
      <w:tr w:rsidR="00F617AC" w:rsidRPr="000D123C" w14:paraId="2DABACDD" w14:textId="77777777" w:rsidTr="00F617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BFED6" w14:textId="38F95CB7" w:rsidR="00F617AC" w:rsidRDefault="00F617AC">
            <w:pPr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k-SK"/>
              </w:rPr>
              <w:t>7.</w:t>
            </w:r>
          </w:p>
        </w:tc>
        <w:tc>
          <w:tcPr>
            <w:tcW w:w="25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8C3029" w14:textId="2AD725A2" w:rsidR="00F617AC" w:rsidRPr="00F617AC" w:rsidRDefault="00F617AC" w:rsidP="000D12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Drvič konárov (</w:t>
            </w:r>
            <w:proofErr w:type="spellStart"/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štiepkovač</w:t>
            </w:r>
            <w:proofErr w:type="spellEnd"/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)</w:t>
            </w:r>
          </w:p>
        </w:tc>
        <w:tc>
          <w:tcPr>
            <w:tcW w:w="14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205543" w14:textId="60E8D611" w:rsidR="00F617AC" w:rsidRPr="00F617A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sk-SK"/>
              </w:rPr>
            </w:pPr>
            <w:r w:rsidRPr="00F617AC">
              <w:rPr>
                <w:rFonts w:ascii="Times New Roman" w:hAnsi="Times New Roman" w:cs="Times New Roman"/>
                <w:sz w:val="20"/>
                <w:szCs w:val="20"/>
                <w:lang w:val="sk-SK"/>
              </w:rPr>
              <w:t>1 ks</w:t>
            </w:r>
          </w:p>
        </w:tc>
        <w:tc>
          <w:tcPr>
            <w:tcW w:w="16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739FF1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EBC055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  <w:tc>
          <w:tcPr>
            <w:tcW w:w="13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3E50B9" w14:textId="77777777" w:rsidR="00F617AC" w:rsidRPr="000D123C" w:rsidRDefault="00F61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sk-SK"/>
              </w:rPr>
            </w:pPr>
          </w:p>
        </w:tc>
      </w:tr>
      <w:tr w:rsidR="00F617AC" w:rsidRPr="000D123C" w14:paraId="682474A5" w14:textId="77777777" w:rsidTr="00F617AC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" w:type="dxa"/>
            <w:tcBorders>
              <w:left w:val="single" w:sz="4" w:space="0" w:color="auto"/>
              <w:right w:val="single" w:sz="4" w:space="0" w:color="auto"/>
            </w:tcBorders>
          </w:tcPr>
          <w:p w14:paraId="5AB1C98A" w14:textId="77777777" w:rsidR="00F617AC" w:rsidRPr="000D123C" w:rsidRDefault="00F617AC">
            <w:pPr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25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8DAC5D" w14:textId="77777777" w:rsidR="00F617AC" w:rsidRPr="000D123C" w:rsidRDefault="00F617AC" w:rsidP="000D123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sk-SK"/>
              </w:rPr>
            </w:pPr>
            <w:r w:rsidRPr="000D123C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sk-SK"/>
              </w:rPr>
              <w:t>SPOLU</w:t>
            </w:r>
          </w:p>
        </w:tc>
        <w:tc>
          <w:tcPr>
            <w:tcW w:w="1414" w:type="dxa"/>
            <w:tcBorders>
              <w:left w:val="single" w:sz="4" w:space="0" w:color="auto"/>
              <w:right w:val="single" w:sz="4" w:space="0" w:color="auto"/>
            </w:tcBorders>
          </w:tcPr>
          <w:p w14:paraId="631A67F1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609" w:type="dxa"/>
            <w:tcBorders>
              <w:left w:val="single" w:sz="4" w:space="0" w:color="auto"/>
              <w:right w:val="single" w:sz="4" w:space="0" w:color="auto"/>
            </w:tcBorders>
          </w:tcPr>
          <w:p w14:paraId="071261A5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393" w:type="dxa"/>
            <w:tcBorders>
              <w:left w:val="single" w:sz="4" w:space="0" w:color="auto"/>
              <w:right w:val="single" w:sz="4" w:space="0" w:color="auto"/>
            </w:tcBorders>
          </w:tcPr>
          <w:p w14:paraId="03C37E7D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  <w:tc>
          <w:tcPr>
            <w:tcW w:w="1394" w:type="dxa"/>
            <w:tcBorders>
              <w:left w:val="single" w:sz="4" w:space="0" w:color="auto"/>
              <w:right w:val="single" w:sz="4" w:space="0" w:color="auto"/>
            </w:tcBorders>
          </w:tcPr>
          <w:p w14:paraId="7DD82586" w14:textId="77777777" w:rsidR="00F617AC" w:rsidRPr="000D123C" w:rsidRDefault="00F61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  <w:lang w:val="sk-SK"/>
              </w:rPr>
            </w:pPr>
          </w:p>
        </w:tc>
      </w:tr>
    </w:tbl>
    <w:p w14:paraId="599BDE98" w14:textId="77777777" w:rsidR="00E158BB" w:rsidRPr="00E53A79" w:rsidRDefault="00E158BB">
      <w:pPr>
        <w:rPr>
          <w:rFonts w:ascii="Times New Roman" w:hAnsi="Times New Roman" w:cs="Times New Roman"/>
          <w:sz w:val="20"/>
          <w:szCs w:val="24"/>
          <w:lang w:val="sk-SK"/>
        </w:rPr>
      </w:pPr>
    </w:p>
    <w:p w14:paraId="4BB74256" w14:textId="77777777" w:rsidR="00E158BB" w:rsidRPr="00E53A79" w:rsidRDefault="000D123C">
      <w:pPr>
        <w:pStyle w:val="Nadpis3"/>
        <w:rPr>
          <w:rFonts w:ascii="Times New Roman" w:hAnsi="Times New Roman" w:cs="Times New Roman"/>
          <w:color w:val="auto"/>
          <w:szCs w:val="24"/>
          <w:lang w:val="sk-SK"/>
        </w:rPr>
      </w:pPr>
      <w:r w:rsidRPr="00E53A79">
        <w:rPr>
          <w:rFonts w:ascii="Times New Roman" w:hAnsi="Times New Roman" w:cs="Times New Roman"/>
          <w:color w:val="auto"/>
          <w:szCs w:val="24"/>
          <w:lang w:val="sk-SK"/>
        </w:rPr>
        <w:t>Čestné vyhlásenie uchádzača</w:t>
      </w:r>
    </w:p>
    <w:p w14:paraId="5078C445" w14:textId="77777777" w:rsidR="00E158BB" w:rsidRPr="00E53A79" w:rsidRDefault="000D123C" w:rsidP="000D123C">
      <w:pPr>
        <w:jc w:val="both"/>
        <w:rPr>
          <w:rFonts w:ascii="Times New Roman" w:hAnsi="Times New Roman" w:cs="Times New Roman"/>
          <w:szCs w:val="24"/>
          <w:lang w:val="sk-SK"/>
        </w:rPr>
      </w:pPr>
      <w:r w:rsidRPr="00E53A79">
        <w:rPr>
          <w:rFonts w:ascii="Times New Roman" w:hAnsi="Times New Roman" w:cs="Times New Roman"/>
          <w:szCs w:val="24"/>
          <w:lang w:val="sk-SK"/>
        </w:rPr>
        <w:t>Vyhlasujem, že ponúkaný predmet zákazky spĺňa všetky minimálne technické požiadavky uvedené vo výzve.</w:t>
      </w:r>
    </w:p>
    <w:p w14:paraId="440E5B8A" w14:textId="11E25770" w:rsidR="00E158BB" w:rsidRPr="00DB6735" w:rsidRDefault="000D123C" w:rsidP="000D123C">
      <w:pPr>
        <w:jc w:val="both"/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Obchodné meno uchádzača: ________________________________</w:t>
      </w:r>
    </w:p>
    <w:p w14:paraId="75DA9A1E" w14:textId="77777777" w:rsidR="00E158BB" w:rsidRPr="00DB6735" w:rsidRDefault="000D123C">
      <w:pPr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IČO: ________________________________</w:t>
      </w:r>
    </w:p>
    <w:p w14:paraId="5E575AB2" w14:textId="77777777" w:rsidR="00E158BB" w:rsidRPr="00DB6735" w:rsidRDefault="000D123C">
      <w:pPr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Dátum: ________________________________</w:t>
      </w:r>
    </w:p>
    <w:p w14:paraId="6692105B" w14:textId="77777777" w:rsidR="00DB6735" w:rsidRDefault="00DB6735">
      <w:pPr>
        <w:rPr>
          <w:rFonts w:ascii="Times New Roman" w:hAnsi="Times New Roman" w:cs="Times New Roman"/>
          <w:sz w:val="18"/>
          <w:szCs w:val="20"/>
          <w:lang w:val="sk-SK"/>
        </w:rPr>
      </w:pPr>
    </w:p>
    <w:p w14:paraId="0F24DEFC" w14:textId="33412E18" w:rsidR="00E158BB" w:rsidRPr="00DB6735" w:rsidRDefault="000D123C">
      <w:pPr>
        <w:rPr>
          <w:rFonts w:ascii="Times New Roman" w:hAnsi="Times New Roman" w:cs="Times New Roman"/>
          <w:sz w:val="18"/>
          <w:szCs w:val="20"/>
          <w:lang w:val="sk-SK"/>
        </w:rPr>
      </w:pPr>
      <w:r w:rsidRPr="00DB6735">
        <w:rPr>
          <w:rFonts w:ascii="Times New Roman" w:hAnsi="Times New Roman" w:cs="Times New Roman"/>
          <w:sz w:val="18"/>
          <w:szCs w:val="20"/>
          <w:lang w:val="sk-SK"/>
        </w:rPr>
        <w:t>Podpis a pečiatka: ________________________________</w:t>
      </w:r>
    </w:p>
    <w:sectPr w:rsidR="00E158BB" w:rsidRPr="00DB6735" w:rsidSect="00DB6735">
      <w:pgSz w:w="12240" w:h="15840"/>
      <w:pgMar w:top="567" w:right="1800" w:bottom="567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D72045"/>
    <w:multiLevelType w:val="hybridMultilevel"/>
    <w:tmpl w:val="4B0EBEE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F635BF"/>
    <w:multiLevelType w:val="multilevel"/>
    <w:tmpl w:val="9D903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37877F45"/>
    <w:multiLevelType w:val="hybridMultilevel"/>
    <w:tmpl w:val="EBA4989C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751C28"/>
    <w:multiLevelType w:val="hybridMultilevel"/>
    <w:tmpl w:val="B7DC10D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1D953A6"/>
    <w:multiLevelType w:val="hybridMultilevel"/>
    <w:tmpl w:val="99562024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93B19A0"/>
    <w:multiLevelType w:val="hybridMultilevel"/>
    <w:tmpl w:val="8E18BA56"/>
    <w:lvl w:ilvl="0" w:tplc="6EA8B100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554C12C3"/>
    <w:multiLevelType w:val="hybridMultilevel"/>
    <w:tmpl w:val="F8F430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A0DD8E">
      <w:numFmt w:val="bullet"/>
      <w:lvlText w:val="-"/>
      <w:lvlJc w:val="left"/>
      <w:pPr>
        <w:ind w:left="1440" w:hanging="360"/>
      </w:pPr>
      <w:rPr>
        <w:rFonts w:ascii="Times New Roman" w:eastAsia="SimSun" w:hAnsi="Times New Roman" w:cs="Times New Roman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1D2373"/>
    <w:multiLevelType w:val="hybridMultilevel"/>
    <w:tmpl w:val="71F66240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7463686"/>
    <w:multiLevelType w:val="hybridMultilevel"/>
    <w:tmpl w:val="D54C6C52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E5A3A76"/>
    <w:multiLevelType w:val="hybridMultilevel"/>
    <w:tmpl w:val="E8EE785E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6374929">
    <w:abstractNumId w:val="8"/>
  </w:num>
  <w:num w:numId="2" w16cid:durableId="492645592">
    <w:abstractNumId w:val="6"/>
  </w:num>
  <w:num w:numId="3" w16cid:durableId="2091080107">
    <w:abstractNumId w:val="5"/>
  </w:num>
  <w:num w:numId="4" w16cid:durableId="1259563853">
    <w:abstractNumId w:val="4"/>
  </w:num>
  <w:num w:numId="5" w16cid:durableId="865292054">
    <w:abstractNumId w:val="7"/>
  </w:num>
  <w:num w:numId="6" w16cid:durableId="2068841421">
    <w:abstractNumId w:val="3"/>
  </w:num>
  <w:num w:numId="7" w16cid:durableId="534343749">
    <w:abstractNumId w:val="2"/>
  </w:num>
  <w:num w:numId="8" w16cid:durableId="49614835">
    <w:abstractNumId w:val="1"/>
  </w:num>
  <w:num w:numId="9" w16cid:durableId="862981436">
    <w:abstractNumId w:val="0"/>
  </w:num>
  <w:num w:numId="10" w16cid:durableId="1919092614">
    <w:abstractNumId w:val="10"/>
  </w:num>
  <w:num w:numId="11" w16cid:durableId="1006829989">
    <w:abstractNumId w:val="15"/>
  </w:num>
  <w:num w:numId="12" w16cid:durableId="857498758">
    <w:abstractNumId w:val="11"/>
  </w:num>
  <w:num w:numId="13" w16cid:durableId="451706129">
    <w:abstractNumId w:val="14"/>
  </w:num>
  <w:num w:numId="14" w16cid:durableId="1565220404">
    <w:abstractNumId w:val="13"/>
  </w:num>
  <w:num w:numId="15" w16cid:durableId="1442606850">
    <w:abstractNumId w:val="17"/>
  </w:num>
  <w:num w:numId="16" w16cid:durableId="50739414">
    <w:abstractNumId w:val="9"/>
  </w:num>
  <w:num w:numId="17" w16cid:durableId="50036028">
    <w:abstractNumId w:val="12"/>
  </w:num>
  <w:num w:numId="18" w16cid:durableId="627202726">
    <w:abstractNumId w:val="18"/>
  </w:num>
  <w:num w:numId="19" w16cid:durableId="15923988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7730"/>
    <w:rsid w:val="00034616"/>
    <w:rsid w:val="0006063C"/>
    <w:rsid w:val="00066EEE"/>
    <w:rsid w:val="00092687"/>
    <w:rsid w:val="000D123C"/>
    <w:rsid w:val="0015074B"/>
    <w:rsid w:val="00175894"/>
    <w:rsid w:val="00293A8B"/>
    <w:rsid w:val="0029639D"/>
    <w:rsid w:val="00302540"/>
    <w:rsid w:val="00326F90"/>
    <w:rsid w:val="00656C45"/>
    <w:rsid w:val="0070674B"/>
    <w:rsid w:val="007B2213"/>
    <w:rsid w:val="00A7098D"/>
    <w:rsid w:val="00AA1D8D"/>
    <w:rsid w:val="00B47730"/>
    <w:rsid w:val="00B66BED"/>
    <w:rsid w:val="00BD0A22"/>
    <w:rsid w:val="00CB0664"/>
    <w:rsid w:val="00D058E1"/>
    <w:rsid w:val="00D31D15"/>
    <w:rsid w:val="00DA6668"/>
    <w:rsid w:val="00DB6735"/>
    <w:rsid w:val="00E158BB"/>
    <w:rsid w:val="00E53A79"/>
    <w:rsid w:val="00F617A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787C59B"/>
  <w15:docId w15:val="{5791B10D-DC16-45BB-9EEA-14648B48F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F50B1A-CCA7-4824-8FF3-7FB069575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338</Words>
  <Characters>2062</Characters>
  <Application>Microsoft Office Word</Application>
  <DocSecurity>0</DocSecurity>
  <Lines>114</Lines>
  <Paragraphs>74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Ivana Lukáčová</cp:lastModifiedBy>
  <cp:revision>10</cp:revision>
  <cp:lastPrinted>2026-03-03T08:02:00Z</cp:lastPrinted>
  <dcterms:created xsi:type="dcterms:W3CDTF">2026-03-02T12:03:00Z</dcterms:created>
  <dcterms:modified xsi:type="dcterms:W3CDTF">2026-03-16T08:55:00Z</dcterms:modified>
</cp:coreProperties>
</file>